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EE980E" w14:textId="77777777" w:rsidR="00DD4214" w:rsidRPr="002758C5" w:rsidRDefault="00000000">
      <w:pPr>
        <w:jc w:val="center"/>
        <w:rPr>
          <w:rFonts w:asciiTheme="minorHAnsi" w:hAnsiTheme="minorHAnsi"/>
          <w:sz w:val="28"/>
          <w:szCs w:val="28"/>
          <w:lang w:val="pl-PL"/>
        </w:rPr>
      </w:pPr>
      <w:r w:rsidRPr="002758C5">
        <w:rPr>
          <w:rFonts w:asciiTheme="minorHAnsi" w:hAnsiTheme="minorHAnsi"/>
          <w:b/>
          <w:sz w:val="28"/>
          <w:szCs w:val="28"/>
          <w:lang w:val="pl-PL"/>
        </w:rPr>
        <w:t>OKTAWA WSZYSTKICH ŚWIĘTYCH</w:t>
      </w:r>
    </w:p>
    <w:p w14:paraId="184C381D" w14:textId="77777777" w:rsidR="00DD4214" w:rsidRPr="002758C5" w:rsidRDefault="00000000">
      <w:pPr>
        <w:jc w:val="center"/>
        <w:rPr>
          <w:rFonts w:asciiTheme="minorHAnsi" w:hAnsiTheme="minorHAnsi"/>
          <w:lang w:val="pl-PL"/>
        </w:rPr>
      </w:pPr>
      <w:r w:rsidRPr="002758C5">
        <w:rPr>
          <w:rFonts w:asciiTheme="minorHAnsi" w:hAnsiTheme="minorHAnsi"/>
          <w:sz w:val="24"/>
          <w:lang w:val="pl-PL"/>
        </w:rPr>
        <w:t>Proszę o modlitwę za moich bliskich zmarłych</w:t>
      </w:r>
    </w:p>
    <w:p w14:paraId="3F118115" w14:textId="77777777" w:rsidR="00DD4214" w:rsidRPr="002758C5" w:rsidRDefault="00000000">
      <w:pPr>
        <w:spacing w:after="100"/>
        <w:jc w:val="center"/>
        <w:rPr>
          <w:rFonts w:asciiTheme="minorHAnsi" w:hAnsiTheme="minorHAnsi"/>
          <w:lang w:val="pl-PL"/>
        </w:rPr>
      </w:pPr>
      <w:r w:rsidRPr="002758C5">
        <w:rPr>
          <w:rFonts w:asciiTheme="minorHAnsi" w:hAnsiTheme="minorHAnsi"/>
          <w:b/>
          <w:sz w:val="24"/>
          <w:lang w:val="pl-PL"/>
        </w:rPr>
        <w:t>dnia ______ listopada     o godz. ______</w:t>
      </w:r>
    </w:p>
    <w:p w14:paraId="1D91E696" w14:textId="77777777" w:rsidR="00DD4214" w:rsidRPr="002758C5" w:rsidRDefault="00000000">
      <w:pPr>
        <w:spacing w:after="120"/>
        <w:jc w:val="center"/>
        <w:rPr>
          <w:rFonts w:asciiTheme="minorHAnsi" w:hAnsiTheme="minorHAnsi"/>
          <w:lang w:val="pl-PL"/>
        </w:rPr>
      </w:pPr>
      <w:r w:rsidRPr="002758C5">
        <w:rPr>
          <w:rFonts w:asciiTheme="minorHAnsi" w:hAnsiTheme="minorHAnsi"/>
          <w:b/>
          <w:sz w:val="19"/>
          <w:lang w:val="pl-PL"/>
        </w:rPr>
        <w:t>PROSIMY WYBRAĆ JEDEN DZIEŃ I GODZINĘ MSZY ŚWIĘTEJ</w:t>
      </w:r>
    </w:p>
    <w:p w14:paraId="0147C7D0" w14:textId="77777777" w:rsidR="00DD4214" w:rsidRPr="002758C5" w:rsidRDefault="00000000" w:rsidP="00006747">
      <w:pPr>
        <w:spacing w:after="60"/>
        <w:ind w:firstLine="567"/>
        <w:rPr>
          <w:rFonts w:asciiTheme="minorHAnsi" w:hAnsiTheme="minorHAnsi"/>
          <w:lang w:val="pl-PL"/>
        </w:rPr>
      </w:pPr>
      <w:r w:rsidRPr="002758C5">
        <w:rPr>
          <w:rFonts w:asciiTheme="minorHAnsi" w:hAnsiTheme="minorHAnsi"/>
          <w:b/>
          <w:sz w:val="23"/>
          <w:lang w:val="pl-PL"/>
        </w:rPr>
        <w:t>Msze Święte w języku polskim</w:t>
      </w:r>
    </w:p>
    <w:tbl>
      <w:tblPr>
        <w:tblW w:w="8107" w:type="dxa"/>
        <w:jc w:val="center"/>
        <w:tblLayout w:type="fixed"/>
        <w:tblLook w:val="04A0" w:firstRow="1" w:lastRow="0" w:firstColumn="1" w:lastColumn="0" w:noHBand="0" w:noVBand="1"/>
      </w:tblPr>
      <w:tblGrid>
        <w:gridCol w:w="2837"/>
        <w:gridCol w:w="5270"/>
      </w:tblGrid>
      <w:tr w:rsidR="00DD4214" w:rsidRPr="002758C5" w14:paraId="3A19B4A7" w14:textId="77777777" w:rsidTr="00006747">
        <w:trPr>
          <w:jc w:val="center"/>
        </w:trPr>
        <w:tc>
          <w:tcPr>
            <w:tcW w:w="2837" w:type="dxa"/>
            <w:vAlign w:val="center"/>
          </w:tcPr>
          <w:p w14:paraId="5C8244C1" w14:textId="77777777" w:rsidR="00DD4214" w:rsidRPr="005107FB" w:rsidRDefault="00000000">
            <w:pPr>
              <w:spacing w:after="0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5107FB">
              <w:rPr>
                <w:rFonts w:asciiTheme="minorHAnsi" w:hAnsiTheme="minorHAnsi"/>
                <w:sz w:val="20"/>
                <w:szCs w:val="20"/>
                <w:lang w:val="pl-PL"/>
              </w:rPr>
              <w:t>1 listopada (niedziela)</w:t>
            </w:r>
          </w:p>
        </w:tc>
        <w:tc>
          <w:tcPr>
            <w:tcW w:w="5270" w:type="dxa"/>
            <w:vAlign w:val="center"/>
          </w:tcPr>
          <w:p w14:paraId="0C948E09" w14:textId="2A602885" w:rsidR="00DD4214" w:rsidRPr="005107FB" w:rsidRDefault="00006747">
            <w:pPr>
              <w:spacing w:after="0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5107FB">
              <w:rPr>
                <w:rFonts w:asciiTheme="minorHAnsi" w:hAnsiTheme="minorHAnsi"/>
                <w:sz w:val="20"/>
                <w:szCs w:val="20"/>
                <w:lang w:val="pl-PL"/>
              </w:rPr>
              <w:t>8.30, 13.00, 17.00</w:t>
            </w:r>
          </w:p>
        </w:tc>
      </w:tr>
      <w:tr w:rsidR="00DD4214" w:rsidRPr="002758C5" w14:paraId="2B7E81CB" w14:textId="77777777" w:rsidTr="00006747">
        <w:trPr>
          <w:jc w:val="center"/>
        </w:trPr>
        <w:tc>
          <w:tcPr>
            <w:tcW w:w="2837" w:type="dxa"/>
            <w:vAlign w:val="center"/>
          </w:tcPr>
          <w:p w14:paraId="07344C27" w14:textId="77777777" w:rsidR="00DD4214" w:rsidRPr="005107FB" w:rsidRDefault="00000000">
            <w:pPr>
              <w:spacing w:after="0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5107FB">
              <w:rPr>
                <w:rFonts w:asciiTheme="minorHAnsi" w:hAnsiTheme="minorHAnsi"/>
                <w:sz w:val="20"/>
                <w:szCs w:val="20"/>
                <w:lang w:val="pl-PL"/>
              </w:rPr>
              <w:t>2 listopada (poniedziałek)</w:t>
            </w:r>
          </w:p>
        </w:tc>
        <w:tc>
          <w:tcPr>
            <w:tcW w:w="5270" w:type="dxa"/>
            <w:vAlign w:val="center"/>
          </w:tcPr>
          <w:p w14:paraId="7C5A33B4" w14:textId="0B6EB409" w:rsidR="00DD4214" w:rsidRPr="005107FB" w:rsidRDefault="00006747">
            <w:pPr>
              <w:spacing w:after="0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5107FB">
              <w:rPr>
                <w:rFonts w:asciiTheme="minorHAnsi" w:hAnsiTheme="minorHAnsi"/>
                <w:sz w:val="20"/>
                <w:szCs w:val="20"/>
                <w:lang w:val="pl-PL"/>
              </w:rPr>
              <w:t>8.30, 13.00, 17.00</w:t>
            </w:r>
          </w:p>
        </w:tc>
      </w:tr>
      <w:tr w:rsidR="00DD4214" w:rsidRPr="002758C5" w14:paraId="446FEBB4" w14:textId="77777777" w:rsidTr="00006747">
        <w:trPr>
          <w:jc w:val="center"/>
        </w:trPr>
        <w:tc>
          <w:tcPr>
            <w:tcW w:w="2837" w:type="dxa"/>
            <w:vAlign w:val="center"/>
          </w:tcPr>
          <w:p w14:paraId="2F4616E6" w14:textId="77777777" w:rsidR="00DD4214" w:rsidRPr="005107FB" w:rsidRDefault="00000000">
            <w:pPr>
              <w:spacing w:after="0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5107FB">
              <w:rPr>
                <w:rFonts w:asciiTheme="minorHAnsi" w:hAnsiTheme="minorHAnsi"/>
                <w:sz w:val="20"/>
                <w:szCs w:val="20"/>
                <w:lang w:val="pl-PL"/>
              </w:rPr>
              <w:t>3 listopada (wtorek)</w:t>
            </w:r>
          </w:p>
        </w:tc>
        <w:tc>
          <w:tcPr>
            <w:tcW w:w="5270" w:type="dxa"/>
            <w:vAlign w:val="center"/>
          </w:tcPr>
          <w:p w14:paraId="2EE93A57" w14:textId="0B3C459B" w:rsidR="00DD4214" w:rsidRPr="005107FB" w:rsidRDefault="00006747">
            <w:pPr>
              <w:spacing w:after="0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5107FB">
              <w:rPr>
                <w:rFonts w:asciiTheme="minorHAnsi" w:hAnsiTheme="minorHAnsi"/>
                <w:sz w:val="20"/>
                <w:szCs w:val="20"/>
                <w:lang w:val="pl-PL"/>
              </w:rPr>
              <w:t>17.00</w:t>
            </w:r>
          </w:p>
        </w:tc>
      </w:tr>
      <w:tr w:rsidR="00DD4214" w:rsidRPr="002758C5" w14:paraId="1C535C78" w14:textId="77777777" w:rsidTr="00006747">
        <w:trPr>
          <w:jc w:val="center"/>
        </w:trPr>
        <w:tc>
          <w:tcPr>
            <w:tcW w:w="2837" w:type="dxa"/>
            <w:vAlign w:val="center"/>
          </w:tcPr>
          <w:p w14:paraId="14B238E7" w14:textId="77777777" w:rsidR="00DD4214" w:rsidRPr="005107FB" w:rsidRDefault="00000000">
            <w:pPr>
              <w:spacing w:after="0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5107FB">
              <w:rPr>
                <w:rFonts w:asciiTheme="minorHAnsi" w:hAnsiTheme="minorHAnsi"/>
                <w:sz w:val="20"/>
                <w:szCs w:val="20"/>
                <w:lang w:val="pl-PL"/>
              </w:rPr>
              <w:t>4 listopada (środa)</w:t>
            </w:r>
          </w:p>
        </w:tc>
        <w:tc>
          <w:tcPr>
            <w:tcW w:w="5270" w:type="dxa"/>
            <w:vAlign w:val="center"/>
          </w:tcPr>
          <w:p w14:paraId="143DA799" w14:textId="0B1868C7" w:rsidR="00DD4214" w:rsidRPr="005107FB" w:rsidRDefault="00006747">
            <w:pPr>
              <w:spacing w:after="0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5107FB">
              <w:rPr>
                <w:rFonts w:asciiTheme="minorHAnsi" w:hAnsiTheme="minorHAnsi"/>
                <w:sz w:val="20"/>
                <w:szCs w:val="20"/>
                <w:lang w:val="pl-PL"/>
              </w:rPr>
              <w:t>17.00</w:t>
            </w:r>
          </w:p>
        </w:tc>
      </w:tr>
      <w:tr w:rsidR="00DD4214" w:rsidRPr="002758C5" w14:paraId="2DDF0C4D" w14:textId="77777777" w:rsidTr="00006747">
        <w:trPr>
          <w:jc w:val="center"/>
        </w:trPr>
        <w:tc>
          <w:tcPr>
            <w:tcW w:w="2837" w:type="dxa"/>
            <w:vAlign w:val="center"/>
          </w:tcPr>
          <w:p w14:paraId="450F30CC" w14:textId="77777777" w:rsidR="00DD4214" w:rsidRPr="005107FB" w:rsidRDefault="00000000">
            <w:pPr>
              <w:spacing w:after="0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5107FB">
              <w:rPr>
                <w:rFonts w:asciiTheme="minorHAnsi" w:hAnsiTheme="minorHAnsi"/>
                <w:sz w:val="20"/>
                <w:szCs w:val="20"/>
                <w:lang w:val="pl-PL"/>
              </w:rPr>
              <w:t>5 listopada (czwartek)</w:t>
            </w:r>
          </w:p>
        </w:tc>
        <w:tc>
          <w:tcPr>
            <w:tcW w:w="5270" w:type="dxa"/>
            <w:vAlign w:val="center"/>
          </w:tcPr>
          <w:p w14:paraId="72CFEDB4" w14:textId="1299E298" w:rsidR="00DD4214" w:rsidRPr="005107FB" w:rsidRDefault="00006747">
            <w:pPr>
              <w:spacing w:after="0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5107FB">
              <w:rPr>
                <w:rFonts w:asciiTheme="minorHAnsi" w:hAnsiTheme="minorHAnsi"/>
                <w:sz w:val="20"/>
                <w:szCs w:val="20"/>
                <w:lang w:val="pl-PL"/>
              </w:rPr>
              <w:t>17.00</w:t>
            </w:r>
          </w:p>
        </w:tc>
      </w:tr>
      <w:tr w:rsidR="00DD4214" w:rsidRPr="002758C5" w14:paraId="4E93716D" w14:textId="77777777" w:rsidTr="00006747">
        <w:trPr>
          <w:jc w:val="center"/>
        </w:trPr>
        <w:tc>
          <w:tcPr>
            <w:tcW w:w="2837" w:type="dxa"/>
            <w:vAlign w:val="center"/>
          </w:tcPr>
          <w:p w14:paraId="60E7ADD4" w14:textId="77777777" w:rsidR="00DD4214" w:rsidRPr="005107FB" w:rsidRDefault="00000000">
            <w:pPr>
              <w:spacing w:after="0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5107FB">
              <w:rPr>
                <w:rFonts w:asciiTheme="minorHAnsi" w:hAnsiTheme="minorHAnsi"/>
                <w:sz w:val="20"/>
                <w:szCs w:val="20"/>
                <w:lang w:val="pl-PL"/>
              </w:rPr>
              <w:t>6 listopada (piątek)</w:t>
            </w:r>
          </w:p>
        </w:tc>
        <w:tc>
          <w:tcPr>
            <w:tcW w:w="5270" w:type="dxa"/>
            <w:vAlign w:val="center"/>
          </w:tcPr>
          <w:p w14:paraId="33047F46" w14:textId="361CCCE7" w:rsidR="00DD4214" w:rsidRPr="005107FB" w:rsidRDefault="00006747">
            <w:pPr>
              <w:spacing w:after="0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5107FB">
              <w:rPr>
                <w:rFonts w:asciiTheme="minorHAnsi" w:hAnsiTheme="minorHAnsi"/>
                <w:sz w:val="20"/>
                <w:szCs w:val="20"/>
                <w:lang w:val="pl-PL"/>
              </w:rPr>
              <w:t>17.00</w:t>
            </w:r>
          </w:p>
        </w:tc>
      </w:tr>
      <w:tr w:rsidR="00DD4214" w:rsidRPr="002758C5" w14:paraId="14468F06" w14:textId="77777777" w:rsidTr="00006747">
        <w:trPr>
          <w:jc w:val="center"/>
        </w:trPr>
        <w:tc>
          <w:tcPr>
            <w:tcW w:w="2837" w:type="dxa"/>
            <w:vAlign w:val="center"/>
          </w:tcPr>
          <w:p w14:paraId="09734A01" w14:textId="77777777" w:rsidR="00DD4214" w:rsidRPr="005107FB" w:rsidRDefault="00000000">
            <w:pPr>
              <w:spacing w:after="0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5107FB">
              <w:rPr>
                <w:rFonts w:asciiTheme="minorHAnsi" w:hAnsiTheme="minorHAnsi"/>
                <w:sz w:val="20"/>
                <w:szCs w:val="20"/>
                <w:lang w:val="pl-PL"/>
              </w:rPr>
              <w:t>7 listopada (sobota)</w:t>
            </w:r>
          </w:p>
        </w:tc>
        <w:tc>
          <w:tcPr>
            <w:tcW w:w="5270" w:type="dxa"/>
            <w:vAlign w:val="center"/>
          </w:tcPr>
          <w:p w14:paraId="26EAAEF4" w14:textId="07472A12" w:rsidR="00DD4214" w:rsidRPr="005107FB" w:rsidRDefault="00006747">
            <w:pPr>
              <w:spacing w:after="0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5107FB">
              <w:rPr>
                <w:rFonts w:asciiTheme="minorHAnsi" w:hAnsiTheme="minorHAnsi"/>
                <w:sz w:val="20"/>
                <w:szCs w:val="20"/>
                <w:lang w:val="pl-PL"/>
              </w:rPr>
              <w:t>17.00</w:t>
            </w:r>
          </w:p>
        </w:tc>
      </w:tr>
      <w:tr w:rsidR="00DD4214" w:rsidRPr="002758C5" w14:paraId="71DA76C1" w14:textId="77777777" w:rsidTr="00006747">
        <w:trPr>
          <w:trHeight w:val="74"/>
          <w:jc w:val="center"/>
        </w:trPr>
        <w:tc>
          <w:tcPr>
            <w:tcW w:w="2837" w:type="dxa"/>
            <w:vAlign w:val="center"/>
          </w:tcPr>
          <w:p w14:paraId="71E99E7C" w14:textId="77777777" w:rsidR="00DD4214" w:rsidRPr="005107FB" w:rsidRDefault="00000000">
            <w:pPr>
              <w:spacing w:after="0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5107FB">
              <w:rPr>
                <w:rFonts w:asciiTheme="minorHAnsi" w:hAnsiTheme="minorHAnsi"/>
                <w:sz w:val="20"/>
                <w:szCs w:val="20"/>
                <w:lang w:val="pl-PL"/>
              </w:rPr>
              <w:t>8 listopada (niedziela)</w:t>
            </w:r>
          </w:p>
        </w:tc>
        <w:tc>
          <w:tcPr>
            <w:tcW w:w="5270" w:type="dxa"/>
            <w:vAlign w:val="center"/>
          </w:tcPr>
          <w:p w14:paraId="2A71FBED" w14:textId="446D3104" w:rsidR="00DD4214" w:rsidRPr="005107FB" w:rsidRDefault="00006747">
            <w:pPr>
              <w:spacing w:after="0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5107FB">
              <w:rPr>
                <w:rFonts w:asciiTheme="minorHAnsi" w:hAnsiTheme="minorHAnsi"/>
                <w:sz w:val="20"/>
                <w:szCs w:val="20"/>
                <w:lang w:val="pl-PL"/>
              </w:rPr>
              <w:t>8.30, 13.00, 17.00</w:t>
            </w:r>
          </w:p>
        </w:tc>
      </w:tr>
    </w:tbl>
    <w:p w14:paraId="2926526B" w14:textId="15F02899" w:rsidR="00006747" w:rsidRPr="002758C5" w:rsidRDefault="00006747" w:rsidP="00006747">
      <w:pPr>
        <w:spacing w:before="140" w:after="40" w:line="360" w:lineRule="auto"/>
        <w:ind w:firstLine="993"/>
        <w:rPr>
          <w:rFonts w:asciiTheme="minorHAnsi" w:hAnsiTheme="minorHAnsi"/>
          <w:lang w:val="pl-PL"/>
        </w:rPr>
      </w:pPr>
      <w:r w:rsidRPr="002758C5">
        <w:rPr>
          <w:rFonts w:asciiTheme="minorHAnsi" w:hAnsiTheme="minorHAnsi"/>
          <w:i/>
          <w:color w:val="BFBFBF"/>
          <w:lang w:val="pl-PL"/>
        </w:rPr>
        <w:t>Tu wpisać imiona zmarłych…</w:t>
      </w:r>
    </w:p>
    <w:p w14:paraId="6A1FF5AC" w14:textId="7057A8C5" w:rsidR="00DD4214" w:rsidRPr="002758C5" w:rsidRDefault="00000000" w:rsidP="00006747">
      <w:pPr>
        <w:spacing w:after="40" w:line="360" w:lineRule="auto"/>
        <w:jc w:val="center"/>
        <w:rPr>
          <w:rFonts w:asciiTheme="minorHAnsi" w:hAnsiTheme="minorHAnsi"/>
          <w:color w:val="BFBFBF" w:themeColor="background1" w:themeShade="BF"/>
          <w:lang w:val="pl-PL"/>
        </w:rPr>
      </w:pPr>
      <w:r w:rsidRPr="002758C5">
        <w:rPr>
          <w:rFonts w:asciiTheme="minorHAnsi" w:hAnsiTheme="minorHAnsi"/>
          <w:color w:val="BFBFBF" w:themeColor="background1" w:themeShade="BF"/>
          <w:lang w:val="pl-PL"/>
        </w:rPr>
        <w:t>______________________________________________________________</w:t>
      </w:r>
      <w:r w:rsidR="00006747" w:rsidRPr="002758C5">
        <w:rPr>
          <w:rFonts w:asciiTheme="minorHAnsi" w:hAnsiTheme="minorHAnsi"/>
          <w:color w:val="BFBFBF" w:themeColor="background1" w:themeShade="BF"/>
          <w:lang w:val="pl-PL"/>
        </w:rPr>
        <w:t>_______________________________________________</w:t>
      </w:r>
      <w:r w:rsidR="002758C5">
        <w:rPr>
          <w:rFonts w:asciiTheme="minorHAnsi" w:hAnsiTheme="minorHAnsi"/>
          <w:color w:val="BFBFBF" w:themeColor="background1" w:themeShade="BF"/>
          <w:lang w:val="pl-PL"/>
        </w:rPr>
        <w:t>_______________</w:t>
      </w:r>
    </w:p>
    <w:p w14:paraId="09615C58" w14:textId="77777777" w:rsidR="002758C5" w:rsidRPr="002758C5" w:rsidRDefault="002758C5" w:rsidP="002758C5">
      <w:pPr>
        <w:spacing w:after="40" w:line="360" w:lineRule="auto"/>
        <w:jc w:val="center"/>
        <w:rPr>
          <w:rFonts w:asciiTheme="minorHAnsi" w:hAnsiTheme="minorHAnsi"/>
          <w:color w:val="BFBFBF" w:themeColor="background1" w:themeShade="BF"/>
          <w:lang w:val="pl-PL"/>
        </w:rPr>
      </w:pPr>
      <w:r w:rsidRPr="002758C5">
        <w:rPr>
          <w:rFonts w:asciiTheme="minorHAnsi" w:hAnsiTheme="minorHAnsi"/>
          <w:color w:val="BFBFBF" w:themeColor="background1" w:themeShade="BF"/>
          <w:lang w:val="pl-PL"/>
        </w:rPr>
        <w:t>_____________________________________________________________________________________________________________</w:t>
      </w:r>
      <w:r>
        <w:rPr>
          <w:rFonts w:asciiTheme="minorHAnsi" w:hAnsiTheme="minorHAnsi"/>
          <w:color w:val="BFBFBF" w:themeColor="background1" w:themeShade="BF"/>
          <w:lang w:val="pl-PL"/>
        </w:rPr>
        <w:t>_______________</w:t>
      </w:r>
    </w:p>
    <w:p w14:paraId="6E7CE969" w14:textId="3FA23D42" w:rsidR="00DD4214" w:rsidRPr="002758C5" w:rsidRDefault="002758C5" w:rsidP="002758C5">
      <w:pPr>
        <w:spacing w:after="40" w:line="360" w:lineRule="auto"/>
        <w:jc w:val="center"/>
        <w:rPr>
          <w:rFonts w:asciiTheme="minorHAnsi" w:hAnsiTheme="minorHAnsi"/>
          <w:color w:val="BFBFBF" w:themeColor="background1" w:themeShade="BF"/>
          <w:lang w:val="pl-PL"/>
        </w:rPr>
      </w:pPr>
      <w:r w:rsidRPr="002758C5">
        <w:rPr>
          <w:rFonts w:asciiTheme="minorHAnsi" w:hAnsiTheme="minorHAnsi"/>
          <w:color w:val="BFBFBF" w:themeColor="background1" w:themeShade="BF"/>
          <w:lang w:val="pl-PL"/>
        </w:rPr>
        <w:t>_____________________________________________________________________________________________________________</w:t>
      </w:r>
      <w:r>
        <w:rPr>
          <w:rFonts w:asciiTheme="minorHAnsi" w:hAnsiTheme="minorHAnsi"/>
          <w:color w:val="BFBFBF" w:themeColor="background1" w:themeShade="BF"/>
          <w:lang w:val="pl-PL"/>
        </w:rPr>
        <w:t>_______________</w:t>
      </w:r>
    </w:p>
    <w:p w14:paraId="4E14ECD0" w14:textId="77777777" w:rsidR="002758C5" w:rsidRPr="002758C5" w:rsidRDefault="002758C5" w:rsidP="002758C5">
      <w:pPr>
        <w:spacing w:after="40" w:line="360" w:lineRule="auto"/>
        <w:jc w:val="center"/>
        <w:rPr>
          <w:rFonts w:asciiTheme="minorHAnsi" w:hAnsiTheme="minorHAnsi"/>
          <w:color w:val="BFBFBF" w:themeColor="background1" w:themeShade="BF"/>
          <w:lang w:val="pl-PL"/>
        </w:rPr>
      </w:pPr>
      <w:r w:rsidRPr="002758C5">
        <w:rPr>
          <w:rFonts w:asciiTheme="minorHAnsi" w:hAnsiTheme="minorHAnsi"/>
          <w:color w:val="BFBFBF" w:themeColor="background1" w:themeShade="BF"/>
          <w:lang w:val="pl-PL"/>
        </w:rPr>
        <w:t>_____________________________________________________________________________________________________________</w:t>
      </w:r>
      <w:r>
        <w:rPr>
          <w:rFonts w:asciiTheme="minorHAnsi" w:hAnsiTheme="minorHAnsi"/>
          <w:color w:val="BFBFBF" w:themeColor="background1" w:themeShade="BF"/>
          <w:lang w:val="pl-PL"/>
        </w:rPr>
        <w:t>_______________</w:t>
      </w:r>
    </w:p>
    <w:p w14:paraId="13CDBE42" w14:textId="77777777" w:rsidR="002758C5" w:rsidRDefault="002758C5" w:rsidP="005107FB">
      <w:pPr>
        <w:spacing w:after="40" w:line="240" w:lineRule="auto"/>
        <w:jc w:val="center"/>
        <w:rPr>
          <w:rFonts w:asciiTheme="minorHAnsi" w:hAnsiTheme="minorHAnsi"/>
          <w:color w:val="BFBFBF" w:themeColor="background1" w:themeShade="BF"/>
          <w:lang w:val="pl-PL"/>
        </w:rPr>
      </w:pPr>
      <w:r w:rsidRPr="002758C5">
        <w:rPr>
          <w:rFonts w:asciiTheme="minorHAnsi" w:hAnsiTheme="minorHAnsi"/>
          <w:color w:val="BFBFBF" w:themeColor="background1" w:themeShade="BF"/>
          <w:lang w:val="pl-PL"/>
        </w:rPr>
        <w:t>_____________________________________________________________________________________________________________</w:t>
      </w:r>
      <w:r>
        <w:rPr>
          <w:rFonts w:asciiTheme="minorHAnsi" w:hAnsiTheme="minorHAnsi"/>
          <w:color w:val="BFBFBF" w:themeColor="background1" w:themeShade="BF"/>
          <w:lang w:val="pl-PL"/>
        </w:rPr>
        <w:t>_______________</w:t>
      </w:r>
    </w:p>
    <w:p w14:paraId="682B8227" w14:textId="35ABC551" w:rsidR="002758C5" w:rsidRDefault="005107FB" w:rsidP="005107FB">
      <w:pPr>
        <w:spacing w:before="60" w:line="240" w:lineRule="auto"/>
        <w:jc w:val="center"/>
        <w:rPr>
          <w:rFonts w:asciiTheme="minorHAnsi" w:hAnsiTheme="minorHAnsi"/>
          <w:i/>
          <w:sz w:val="18"/>
          <w:lang w:val="pl-PL"/>
        </w:rPr>
      </w:pPr>
      <w:r w:rsidRPr="005107FB">
        <w:rPr>
          <w:rFonts w:asciiTheme="minorHAnsi" w:hAnsiTheme="minorHAnsi"/>
          <w:i/>
          <w:sz w:val="18"/>
          <w:lang w:val="pl-PL"/>
        </w:rPr>
        <w:t>„Wieczny odpoczynek racz im dać, Panie, a światłość wiekuista niechaj im świeci.”</w:t>
      </w:r>
    </w:p>
    <w:p w14:paraId="6BB0D1A4" w14:textId="77777777" w:rsidR="005107FB" w:rsidRPr="005107FB" w:rsidRDefault="005107FB" w:rsidP="005107FB">
      <w:pPr>
        <w:spacing w:before="60" w:line="240" w:lineRule="auto"/>
        <w:rPr>
          <w:rFonts w:asciiTheme="minorHAnsi" w:hAnsiTheme="minorHAnsi"/>
          <w:lang w:val="pl-PL"/>
        </w:rPr>
      </w:pPr>
    </w:p>
    <w:sectPr w:rsidR="005107FB" w:rsidRPr="005107FB" w:rsidSect="005107FB">
      <w:pgSz w:w="12240" w:h="15840"/>
      <w:pgMar w:top="373" w:right="850" w:bottom="359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3865502">
    <w:abstractNumId w:val="8"/>
  </w:num>
  <w:num w:numId="2" w16cid:durableId="687408078">
    <w:abstractNumId w:val="6"/>
  </w:num>
  <w:num w:numId="3" w16cid:durableId="1842701951">
    <w:abstractNumId w:val="5"/>
  </w:num>
  <w:num w:numId="4" w16cid:durableId="386027110">
    <w:abstractNumId w:val="4"/>
  </w:num>
  <w:num w:numId="5" w16cid:durableId="1774746540">
    <w:abstractNumId w:val="7"/>
  </w:num>
  <w:num w:numId="6" w16cid:durableId="1657032973">
    <w:abstractNumId w:val="3"/>
  </w:num>
  <w:num w:numId="7" w16cid:durableId="789011348">
    <w:abstractNumId w:val="2"/>
  </w:num>
  <w:num w:numId="8" w16cid:durableId="338000342">
    <w:abstractNumId w:val="1"/>
  </w:num>
  <w:num w:numId="9" w16cid:durableId="10417047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747"/>
    <w:rsid w:val="00034616"/>
    <w:rsid w:val="000556E4"/>
    <w:rsid w:val="0006063C"/>
    <w:rsid w:val="0015074B"/>
    <w:rsid w:val="002758C5"/>
    <w:rsid w:val="0029639D"/>
    <w:rsid w:val="00326F90"/>
    <w:rsid w:val="003A3505"/>
    <w:rsid w:val="005107FB"/>
    <w:rsid w:val="0071438F"/>
    <w:rsid w:val="009D7403"/>
    <w:rsid w:val="00AA1D8D"/>
    <w:rsid w:val="00B47730"/>
    <w:rsid w:val="00CB0664"/>
    <w:rsid w:val="00DD4214"/>
    <w:rsid w:val="00E42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3F8D61"/>
  <w14:defaultImageDpi w14:val="300"/>
  <w15:docId w15:val="{A6329A06-31AE-1142-9489-9AE1214A0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1102</Characters>
  <Application>Microsoft Office Word</Application>
  <DocSecurity>0</DocSecurity>
  <Lines>28</Lines>
  <Paragraphs>28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Marek Rusakevič</cp:lastModifiedBy>
  <cp:revision>4</cp:revision>
  <cp:lastPrinted>2026-09-16T08:42:00Z</cp:lastPrinted>
  <dcterms:created xsi:type="dcterms:W3CDTF">2026-09-16T08:39:00Z</dcterms:created>
  <dcterms:modified xsi:type="dcterms:W3CDTF">2026-09-26T13:31:00Z</dcterms:modified>
  <cp:category/>
</cp:coreProperties>
</file>