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F229B" w14:textId="77777777" w:rsidR="00850188" w:rsidRPr="00D5048A" w:rsidRDefault="00000000">
      <w:pPr>
        <w:jc w:val="center"/>
        <w:rPr>
          <w:rFonts w:asciiTheme="minorHAnsi" w:hAnsiTheme="minorHAnsi"/>
          <w:sz w:val="28"/>
          <w:szCs w:val="28"/>
          <w:lang w:val="lt-LT"/>
        </w:rPr>
      </w:pPr>
      <w:r w:rsidRPr="00D5048A">
        <w:rPr>
          <w:rFonts w:asciiTheme="minorHAnsi" w:hAnsiTheme="minorHAnsi"/>
          <w:b/>
          <w:sz w:val="28"/>
          <w:szCs w:val="28"/>
          <w:lang w:val="lt-LT"/>
        </w:rPr>
        <w:t>VISŲ ŠVENTŲJŲ OKTAVA</w:t>
      </w:r>
    </w:p>
    <w:p w14:paraId="2F4F781D" w14:textId="27189B81" w:rsidR="00850188" w:rsidRPr="00D5048A" w:rsidRDefault="00000000">
      <w:pPr>
        <w:jc w:val="center"/>
        <w:rPr>
          <w:rFonts w:asciiTheme="minorHAnsi" w:hAnsiTheme="minorHAnsi"/>
          <w:lang w:val="lt-LT"/>
        </w:rPr>
      </w:pPr>
      <w:r w:rsidRPr="00D5048A">
        <w:rPr>
          <w:rFonts w:asciiTheme="minorHAnsi" w:hAnsiTheme="minorHAnsi"/>
          <w:sz w:val="24"/>
          <w:lang w:val="lt-LT"/>
        </w:rPr>
        <w:t xml:space="preserve">Prašau </w:t>
      </w:r>
      <w:r w:rsidR="003F335A">
        <w:rPr>
          <w:rFonts w:asciiTheme="minorHAnsi" w:hAnsiTheme="minorHAnsi"/>
          <w:sz w:val="24"/>
          <w:lang w:val="lt-LT"/>
        </w:rPr>
        <w:t>pasi</w:t>
      </w:r>
      <w:r w:rsidRPr="00D5048A">
        <w:rPr>
          <w:rFonts w:asciiTheme="minorHAnsi" w:hAnsiTheme="minorHAnsi"/>
          <w:sz w:val="24"/>
          <w:lang w:val="lt-LT"/>
        </w:rPr>
        <w:t>melsti už mano mirusius artimuosius</w:t>
      </w:r>
    </w:p>
    <w:p w14:paraId="16BFC847" w14:textId="77777777" w:rsidR="00850188" w:rsidRPr="00D5048A" w:rsidRDefault="00000000">
      <w:pPr>
        <w:spacing w:after="100"/>
        <w:jc w:val="center"/>
        <w:rPr>
          <w:rFonts w:asciiTheme="minorHAnsi" w:hAnsiTheme="minorHAnsi"/>
          <w:lang w:val="lt-LT"/>
        </w:rPr>
      </w:pPr>
      <w:r w:rsidRPr="00D5048A">
        <w:rPr>
          <w:rFonts w:asciiTheme="minorHAnsi" w:hAnsiTheme="minorHAnsi"/>
          <w:b/>
          <w:sz w:val="24"/>
          <w:lang w:val="lt-LT"/>
        </w:rPr>
        <w:t>lapkričio ______ d.     ______ val.</w:t>
      </w:r>
    </w:p>
    <w:p w14:paraId="56731A2B" w14:textId="77777777" w:rsidR="00850188" w:rsidRPr="00D5048A" w:rsidRDefault="00000000">
      <w:pPr>
        <w:spacing w:after="120"/>
        <w:jc w:val="center"/>
        <w:rPr>
          <w:rFonts w:asciiTheme="minorHAnsi" w:hAnsiTheme="minorHAnsi"/>
          <w:lang w:val="lt-LT"/>
        </w:rPr>
      </w:pPr>
      <w:r w:rsidRPr="00D5048A">
        <w:rPr>
          <w:rFonts w:asciiTheme="minorHAnsi" w:hAnsiTheme="minorHAnsi"/>
          <w:b/>
          <w:sz w:val="19"/>
          <w:lang w:val="lt-LT"/>
        </w:rPr>
        <w:t>PRAŠOME PASIRINKTI VIENĄ DIENĄ IR ŠV. MIŠIŲ LAIKĄ</w:t>
      </w:r>
    </w:p>
    <w:p w14:paraId="18BFBD50" w14:textId="77777777" w:rsidR="00850188" w:rsidRPr="00D5048A" w:rsidRDefault="00000000">
      <w:pPr>
        <w:spacing w:after="60"/>
        <w:rPr>
          <w:rFonts w:asciiTheme="minorHAnsi" w:hAnsiTheme="minorHAnsi"/>
          <w:lang w:val="lt-LT"/>
        </w:rPr>
      </w:pPr>
      <w:r w:rsidRPr="00D5048A">
        <w:rPr>
          <w:rFonts w:asciiTheme="minorHAnsi" w:hAnsiTheme="minorHAnsi"/>
          <w:b/>
          <w:sz w:val="23"/>
          <w:lang w:val="lt-LT"/>
        </w:rPr>
        <w:t>Šv. Mišios lietuvių kalba</w:t>
      </w:r>
    </w:p>
    <w:tbl>
      <w:tblPr>
        <w:tblW w:w="8590" w:type="dxa"/>
        <w:jc w:val="center"/>
        <w:tblLayout w:type="fixed"/>
        <w:tblLook w:val="04A0" w:firstRow="1" w:lastRow="0" w:firstColumn="1" w:lastColumn="0" w:noHBand="0" w:noVBand="1"/>
      </w:tblPr>
      <w:tblGrid>
        <w:gridCol w:w="3320"/>
        <w:gridCol w:w="5270"/>
      </w:tblGrid>
      <w:tr w:rsidR="00850188" w:rsidRPr="00D5048A" w14:paraId="60A0E875" w14:textId="77777777" w:rsidTr="00D5048A">
        <w:trPr>
          <w:jc w:val="center"/>
        </w:trPr>
        <w:tc>
          <w:tcPr>
            <w:tcW w:w="3320" w:type="dxa"/>
            <w:vAlign w:val="center"/>
          </w:tcPr>
          <w:p w14:paraId="6696C74B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1 d. (sekmadienis)</w:t>
            </w:r>
          </w:p>
        </w:tc>
        <w:tc>
          <w:tcPr>
            <w:tcW w:w="5270" w:type="dxa"/>
            <w:vAlign w:val="center"/>
          </w:tcPr>
          <w:p w14:paraId="41687D6F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7.30, 10.00, 11.30, 18.00</w:t>
            </w:r>
          </w:p>
        </w:tc>
      </w:tr>
      <w:tr w:rsidR="00850188" w:rsidRPr="00D5048A" w14:paraId="57164E57" w14:textId="77777777" w:rsidTr="00D5048A">
        <w:trPr>
          <w:jc w:val="center"/>
        </w:trPr>
        <w:tc>
          <w:tcPr>
            <w:tcW w:w="3320" w:type="dxa"/>
            <w:vAlign w:val="center"/>
          </w:tcPr>
          <w:p w14:paraId="1802C83E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2 d. (pirmadienis)</w:t>
            </w:r>
          </w:p>
        </w:tc>
        <w:tc>
          <w:tcPr>
            <w:tcW w:w="5270" w:type="dxa"/>
            <w:vAlign w:val="center"/>
          </w:tcPr>
          <w:p w14:paraId="3DC8B00A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7.30, 10.00, 11.30, 18.00</w:t>
            </w:r>
          </w:p>
        </w:tc>
      </w:tr>
      <w:tr w:rsidR="00850188" w:rsidRPr="00D5048A" w14:paraId="041E9026" w14:textId="77777777" w:rsidTr="00D5048A">
        <w:trPr>
          <w:jc w:val="center"/>
        </w:trPr>
        <w:tc>
          <w:tcPr>
            <w:tcW w:w="3320" w:type="dxa"/>
            <w:vAlign w:val="center"/>
          </w:tcPr>
          <w:p w14:paraId="0DC8503A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3 d. (antradienis)</w:t>
            </w:r>
          </w:p>
        </w:tc>
        <w:tc>
          <w:tcPr>
            <w:tcW w:w="5270" w:type="dxa"/>
            <w:vAlign w:val="center"/>
          </w:tcPr>
          <w:p w14:paraId="58BA74C5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7.00, 18.00</w:t>
            </w:r>
          </w:p>
        </w:tc>
      </w:tr>
      <w:tr w:rsidR="00850188" w:rsidRPr="00D5048A" w14:paraId="20D44F1B" w14:textId="77777777" w:rsidTr="00D5048A">
        <w:trPr>
          <w:jc w:val="center"/>
        </w:trPr>
        <w:tc>
          <w:tcPr>
            <w:tcW w:w="3320" w:type="dxa"/>
            <w:vAlign w:val="center"/>
          </w:tcPr>
          <w:p w14:paraId="238CA878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4 d. (trečiadienis)</w:t>
            </w:r>
          </w:p>
        </w:tc>
        <w:tc>
          <w:tcPr>
            <w:tcW w:w="5270" w:type="dxa"/>
            <w:vAlign w:val="center"/>
          </w:tcPr>
          <w:p w14:paraId="6627D2F1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7.00, 18.00</w:t>
            </w:r>
          </w:p>
        </w:tc>
      </w:tr>
      <w:tr w:rsidR="00850188" w:rsidRPr="00D5048A" w14:paraId="3E61F7A9" w14:textId="77777777" w:rsidTr="00D5048A">
        <w:trPr>
          <w:jc w:val="center"/>
        </w:trPr>
        <w:tc>
          <w:tcPr>
            <w:tcW w:w="3320" w:type="dxa"/>
            <w:vAlign w:val="center"/>
          </w:tcPr>
          <w:p w14:paraId="0BEB7356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5 d. (ketvirtadienis)</w:t>
            </w:r>
          </w:p>
        </w:tc>
        <w:tc>
          <w:tcPr>
            <w:tcW w:w="5270" w:type="dxa"/>
            <w:vAlign w:val="center"/>
          </w:tcPr>
          <w:p w14:paraId="62B46A61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7.00, 18.00</w:t>
            </w:r>
          </w:p>
        </w:tc>
      </w:tr>
      <w:tr w:rsidR="00850188" w:rsidRPr="00D5048A" w14:paraId="7A780746" w14:textId="77777777" w:rsidTr="00D5048A">
        <w:trPr>
          <w:jc w:val="center"/>
        </w:trPr>
        <w:tc>
          <w:tcPr>
            <w:tcW w:w="3320" w:type="dxa"/>
            <w:vAlign w:val="center"/>
          </w:tcPr>
          <w:p w14:paraId="4F66E1DD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6 d. (penktadienis)</w:t>
            </w:r>
          </w:p>
        </w:tc>
        <w:tc>
          <w:tcPr>
            <w:tcW w:w="5270" w:type="dxa"/>
            <w:vAlign w:val="center"/>
          </w:tcPr>
          <w:p w14:paraId="38F3C276" w14:textId="77777777" w:rsidR="00850188" w:rsidRPr="00D5048A" w:rsidRDefault="00000000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7.00, 18.00</w:t>
            </w:r>
          </w:p>
        </w:tc>
      </w:tr>
      <w:tr w:rsidR="00850188" w:rsidRPr="00D5048A" w14:paraId="7D03AD5F" w14:textId="77777777" w:rsidTr="00D5048A">
        <w:trPr>
          <w:jc w:val="center"/>
        </w:trPr>
        <w:tc>
          <w:tcPr>
            <w:tcW w:w="3320" w:type="dxa"/>
            <w:vAlign w:val="center"/>
          </w:tcPr>
          <w:p w14:paraId="69BC0389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7 d. (šeštadienis)</w:t>
            </w:r>
          </w:p>
        </w:tc>
        <w:tc>
          <w:tcPr>
            <w:tcW w:w="5270" w:type="dxa"/>
            <w:vAlign w:val="center"/>
          </w:tcPr>
          <w:p w14:paraId="6CE08964" w14:textId="37B2B7E1" w:rsidR="00850188" w:rsidRPr="00D5048A" w:rsidRDefault="00D5048A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9.00, 18.00</w:t>
            </w:r>
          </w:p>
        </w:tc>
      </w:tr>
      <w:tr w:rsidR="00850188" w:rsidRPr="00D5048A" w14:paraId="225CDC96" w14:textId="77777777" w:rsidTr="00D5048A">
        <w:trPr>
          <w:jc w:val="center"/>
        </w:trPr>
        <w:tc>
          <w:tcPr>
            <w:tcW w:w="3320" w:type="dxa"/>
            <w:vAlign w:val="center"/>
          </w:tcPr>
          <w:p w14:paraId="111F12DF" w14:textId="77777777" w:rsidR="00850188" w:rsidRPr="00D5048A" w:rsidRDefault="00000000" w:rsidP="00D5048A">
            <w:pPr>
              <w:spacing w:after="0"/>
              <w:ind w:left="795" w:hanging="795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Lapkričio 8 d. (sekmadienis)</w:t>
            </w:r>
          </w:p>
        </w:tc>
        <w:tc>
          <w:tcPr>
            <w:tcW w:w="5270" w:type="dxa"/>
            <w:vAlign w:val="center"/>
          </w:tcPr>
          <w:p w14:paraId="7023A424" w14:textId="4A163070" w:rsidR="00850188" w:rsidRPr="00D5048A" w:rsidRDefault="00D5048A" w:rsidP="00D5048A">
            <w:pPr>
              <w:spacing w:after="0"/>
              <w:ind w:firstLine="153"/>
              <w:rPr>
                <w:rFonts w:asciiTheme="minorHAnsi" w:hAnsiTheme="minorHAnsi"/>
                <w:sz w:val="20"/>
                <w:szCs w:val="20"/>
                <w:lang w:val="lt-LT"/>
              </w:rPr>
            </w:pPr>
            <w:r w:rsidRPr="00D5048A">
              <w:rPr>
                <w:rFonts w:asciiTheme="minorHAnsi" w:hAnsiTheme="minorHAnsi"/>
                <w:sz w:val="20"/>
                <w:szCs w:val="20"/>
                <w:lang w:val="lt-LT"/>
              </w:rPr>
              <w:t>7.30, 10.00, 11.30, 18.00</w:t>
            </w:r>
          </w:p>
        </w:tc>
      </w:tr>
    </w:tbl>
    <w:p w14:paraId="5F87225C" w14:textId="77777777" w:rsidR="00850188" w:rsidRPr="00D5048A" w:rsidRDefault="00000000">
      <w:pPr>
        <w:spacing w:before="140" w:after="40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b/>
          <w:color w:val="BFBFBF" w:themeColor="background1" w:themeShade="BF"/>
          <w:sz w:val="23"/>
          <w:lang w:val="lt-LT"/>
        </w:rPr>
        <w:t>Mirusiųjų vardai:</w:t>
      </w:r>
    </w:p>
    <w:p w14:paraId="5D3F5E8A" w14:textId="77777777" w:rsidR="00D5048A" w:rsidRPr="00D5048A" w:rsidRDefault="00D5048A" w:rsidP="00D5048A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color w:val="BFBFBF" w:themeColor="background1" w:themeShade="BF"/>
          <w:lang w:val="lt-LT"/>
        </w:rPr>
        <w:t>____________________________________________________________________________________________________________________________</w:t>
      </w:r>
    </w:p>
    <w:p w14:paraId="631ABE01" w14:textId="77777777" w:rsidR="00D5048A" w:rsidRPr="00D5048A" w:rsidRDefault="00D5048A" w:rsidP="00D5048A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color w:val="BFBFBF" w:themeColor="background1" w:themeShade="BF"/>
          <w:lang w:val="lt-LT"/>
        </w:rPr>
        <w:t>____________________________________________________________________________________________________________________________</w:t>
      </w:r>
    </w:p>
    <w:p w14:paraId="13F81F75" w14:textId="77777777" w:rsidR="00D5048A" w:rsidRPr="00D5048A" w:rsidRDefault="00D5048A" w:rsidP="00D5048A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color w:val="BFBFBF" w:themeColor="background1" w:themeShade="BF"/>
          <w:lang w:val="lt-LT"/>
        </w:rPr>
        <w:t>____________________________________________________________________________________________________________________________</w:t>
      </w:r>
    </w:p>
    <w:p w14:paraId="30DB7EFB" w14:textId="77777777" w:rsidR="00D5048A" w:rsidRPr="00D5048A" w:rsidRDefault="00D5048A" w:rsidP="00D5048A">
      <w:pPr>
        <w:spacing w:after="40" w:line="360" w:lineRule="auto"/>
        <w:jc w:val="center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color w:val="BFBFBF" w:themeColor="background1" w:themeShade="BF"/>
          <w:lang w:val="lt-LT"/>
        </w:rPr>
        <w:t>____________________________________________________________________________________________________________________________</w:t>
      </w:r>
    </w:p>
    <w:p w14:paraId="6FA334DA" w14:textId="77777777" w:rsidR="00D5048A" w:rsidRPr="00D5048A" w:rsidRDefault="00D5048A" w:rsidP="00D5048A">
      <w:pPr>
        <w:spacing w:after="40" w:line="240" w:lineRule="auto"/>
        <w:jc w:val="center"/>
        <w:rPr>
          <w:rFonts w:asciiTheme="minorHAnsi" w:hAnsiTheme="minorHAnsi"/>
          <w:color w:val="BFBFBF" w:themeColor="background1" w:themeShade="BF"/>
          <w:lang w:val="lt-LT"/>
        </w:rPr>
      </w:pPr>
      <w:r w:rsidRPr="00D5048A">
        <w:rPr>
          <w:rFonts w:asciiTheme="minorHAnsi" w:hAnsiTheme="minorHAnsi"/>
          <w:color w:val="BFBFBF" w:themeColor="background1" w:themeShade="BF"/>
          <w:lang w:val="lt-LT"/>
        </w:rPr>
        <w:t>____________________________________________________________________________________________________________________________</w:t>
      </w:r>
    </w:p>
    <w:p w14:paraId="6BE47E23" w14:textId="77777777" w:rsidR="00850188" w:rsidRDefault="00000000" w:rsidP="00D5048A">
      <w:pPr>
        <w:spacing w:before="60" w:line="240" w:lineRule="auto"/>
        <w:jc w:val="center"/>
        <w:rPr>
          <w:rFonts w:asciiTheme="minorHAnsi" w:hAnsiTheme="minorHAnsi"/>
          <w:i/>
          <w:sz w:val="18"/>
          <w:lang w:val="lt-LT"/>
        </w:rPr>
      </w:pPr>
      <w:r w:rsidRPr="00D5048A">
        <w:rPr>
          <w:rFonts w:asciiTheme="minorHAnsi" w:hAnsiTheme="minorHAnsi"/>
          <w:i/>
          <w:sz w:val="18"/>
          <w:lang w:val="lt-LT"/>
        </w:rPr>
        <w:t>„Amžinąjį atilsį duok mirusiems, Viešpatie, ir amžinoji šviesa jiems tešviečia.“</w:t>
      </w:r>
    </w:p>
    <w:p w14:paraId="60C315D3" w14:textId="77777777" w:rsidR="00D5048A" w:rsidRDefault="00D5048A" w:rsidP="00D5048A">
      <w:pPr>
        <w:spacing w:before="60" w:line="240" w:lineRule="auto"/>
        <w:jc w:val="center"/>
        <w:rPr>
          <w:rFonts w:asciiTheme="minorHAnsi" w:hAnsiTheme="minorHAnsi"/>
          <w:i/>
          <w:sz w:val="18"/>
          <w:lang w:val="lt-LT"/>
        </w:rPr>
      </w:pPr>
    </w:p>
    <w:sectPr w:rsidR="00D5048A" w:rsidSect="00D5048A">
      <w:pgSz w:w="12240" w:h="15840"/>
      <w:pgMar w:top="345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759050">
    <w:abstractNumId w:val="8"/>
  </w:num>
  <w:num w:numId="2" w16cid:durableId="672607372">
    <w:abstractNumId w:val="6"/>
  </w:num>
  <w:num w:numId="3" w16cid:durableId="1009723861">
    <w:abstractNumId w:val="5"/>
  </w:num>
  <w:num w:numId="4" w16cid:durableId="1713649169">
    <w:abstractNumId w:val="4"/>
  </w:num>
  <w:num w:numId="5" w16cid:durableId="1322733285">
    <w:abstractNumId w:val="7"/>
  </w:num>
  <w:num w:numId="6" w16cid:durableId="1348026305">
    <w:abstractNumId w:val="3"/>
  </w:num>
  <w:num w:numId="7" w16cid:durableId="2131433153">
    <w:abstractNumId w:val="2"/>
  </w:num>
  <w:num w:numId="8" w16cid:durableId="2122652472">
    <w:abstractNumId w:val="1"/>
  </w:num>
  <w:num w:numId="9" w16cid:durableId="6035356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3505"/>
    <w:rsid w:val="003F335A"/>
    <w:rsid w:val="0071438F"/>
    <w:rsid w:val="00850188"/>
    <w:rsid w:val="00932BFB"/>
    <w:rsid w:val="00AA1D8D"/>
    <w:rsid w:val="00B47730"/>
    <w:rsid w:val="00CB0664"/>
    <w:rsid w:val="00D504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8C098"/>
  <w14:defaultImageDpi w14:val="300"/>
  <w15:docId w15:val="{A6329A06-31AE-1142-9489-9AE1214A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1178</Characters>
  <Application>Microsoft Office Word</Application>
  <DocSecurity>0</DocSecurity>
  <Lines>28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Rusakevič</cp:lastModifiedBy>
  <cp:revision>4</cp:revision>
  <dcterms:created xsi:type="dcterms:W3CDTF">2013-12-23T23:15:00Z</dcterms:created>
  <dcterms:modified xsi:type="dcterms:W3CDTF">2026-09-26T13:30:00Z</dcterms:modified>
  <cp:category/>
</cp:coreProperties>
</file>